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客户到仓通知</w:t>
      </w:r>
    </w:p>
    <w:p>
      <w:r>
        <w:t>客户单号：daily260305-7</w:t>
      </w:r>
    </w:p>
    <w:p>
      <w:r>
        <w:t>发给客户的消息：您好，您这票货已到仓。收货件数为2件，实重2.0公斤。请核对是否与发货资料一致；如有差异，请在群里回复，我们会及时处理。谢谢！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